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VERBALE DI COLLAUDO STATICO E FUNZIONALE</w:t>
      </w:r>
    </w:p>
    <w:p>
      <w:pPr>
        <w:spacing w:after="280"/>
        <w:jc w:val="center"/>
      </w:pPr>
      <w:r>
        <w:rPr>
          <w:i/>
          <w:color w:val="7F8C8D"/>
          <w:sz w:val="21"/>
        </w:rPr>
        <w:t>Certificato di collaudo e regolare esecuzione delle opere edilizie e strutturali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1. Dati Generale e Soggetti Interessati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Nominativo ed Estremi Professionale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Collaudatore Statico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Ing. [Nome Cognome] - Iscritto all'Albo Ingegneri al n° [____] (anzianità &gt; 10 anni)</w:t>
            </w:r>
          </w:p>
        </w:tc>
      </w:tr>
      <w:tr>
        <w:tc>
          <w:tcPr>
            <w:tcW w:type="dxa" w:w="31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Progettista Strutturale</w:t>
            </w:r>
          </w:p>
        </w:tc>
        <w:tc>
          <w:tcPr>
            <w:tcW w:type="dxa" w:w="67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Ing. [Nome Cognome] - Iscritto all'Albo al n° [____]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Direttore dei Lavori Strutture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Ing./Arch. [Nome Cognome] - Iscritto all'Albo al n° [____]</w:t>
            </w:r>
          </w:p>
        </w:tc>
      </w:tr>
      <w:tr>
        <w:tc>
          <w:tcPr>
            <w:tcW w:type="dxa" w:w="31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Costruttore / Impresa</w:t>
            </w:r>
          </w:p>
        </w:tc>
        <w:tc>
          <w:tcPr>
            <w:tcW w:type="dxa" w:w="67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Società [Ragione Sociale] - Legale Rappresentante [Nome Cognome]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Deposito Genio Civile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Pratica N° [______] del [____/____/________]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2. Prove di Carico e Risultanze dei Materiali</w:t>
      </w:r>
    </w:p>
    <w:p>
      <w:r>
        <w:t>Il sottoscritto Collaudatore attesta di aver esaminato i certificati di prova sui materiali (calcestruzzo e acciaio) rilasciati dal laboratorio autorizzato, riscontrandone la piena conformità alle NTC 2018.</w:t>
        <w:br/>
        <w:t>In data ____/____/2026 è stata effettuata la prova di carico sul solaio del piano [____] con i seguenti esiti: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Elemento Prova</w:t>
            </w:r>
          </w:p>
        </w:tc>
        <w:tc>
          <w:tcPr>
            <w:tcW w:type="dxa" w:w="1987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Carico Applicato</w:t>
            </w:r>
          </w:p>
        </w:tc>
        <w:tc>
          <w:tcPr>
            <w:tcW w:type="dxa" w:w="1987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Freccia Teorica</w:t>
            </w:r>
          </w:p>
        </w:tc>
        <w:tc>
          <w:tcPr>
            <w:tcW w:type="dxa" w:w="1987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Freccia Misurata</w:t>
            </w:r>
          </w:p>
        </w:tc>
        <w:tc>
          <w:tcPr>
            <w:tcW w:type="dxa" w:w="1987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Esito Prova</w:t>
            </w:r>
          </w:p>
        </w:tc>
      </w:tr>
      <w:tr>
        <w:tc>
          <w:tcPr>
            <w:tcW w:type="dxa" w:w="216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Solaio Piano Primo</w:t>
            </w:r>
          </w:p>
        </w:tc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4,50 kN/m²</w:t>
            </w:r>
          </w:p>
        </w:tc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2,1 mm</w:t>
            </w:r>
          </w:p>
        </w:tc>
        <w:tc>
          <w:tcPr>
            <w:tcW w:type="dxa" w:w="201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1,8 mm</w:t>
            </w:r>
          </w:p>
        </w:tc>
        <w:tc>
          <w:tcPr>
            <w:tcW w:type="dxa" w:w="201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 / RIENTRATO</w:t>
            </w:r>
          </w:p>
        </w:tc>
      </w:tr>
      <w:tr>
        <w:tc>
          <w:tcPr>
            <w:tcW w:type="dxa" w:w="2160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Trave di Bordo T1</w:t>
            </w:r>
          </w:p>
        </w:tc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12,0 kN/m</w:t>
            </w:r>
          </w:p>
        </w:tc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1,4 mm</w:t>
            </w:r>
          </w:p>
        </w:tc>
        <w:tc>
          <w:tcPr>
            <w:tcW w:type="dxa" w:w="201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1,2 mm</w:t>
            </w:r>
          </w:p>
        </w:tc>
        <w:tc>
          <w:tcPr>
            <w:tcW w:type="dxa" w:w="201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 / RIENTRATO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3. ATTESTATO E CERTIFICATO DI COLLAUDO STATICO</w:t>
      </w:r>
    </w:p>
    <w:p>
      <w:r>
        <w:t>Tutto ciò premesso, esaminati gli atti, le certificazioni ed eseguiti i riscontri diretti, il sottoscritto Collaudatore STATICA E FUNZIONALMENTE COLLAUDA le opere strutturali relative al fabbricato in oggetto, dichiarandole idonee all'uso a cui sono destinate in totale sicurezza.</w:t>
        <w:br/>
        <w:br/>
        <w:t>Data: ____/____/2026</w:t>
        <w:br/>
        <w:br/>
        <w:t>Il Collaudatore Statico (Timbro e Firma): __________________________________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